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2005C" w14:textId="77777777" w:rsidR="009D7C7F" w:rsidRDefault="00233BB2">
      <w:pPr>
        <w:jc w:val="center"/>
      </w:pPr>
      <w:r>
        <w:rPr>
          <w:b/>
          <w:sz w:val="34"/>
        </w:rPr>
        <w:t>FORT McMURRAY OIL BARONS</w:t>
      </w:r>
    </w:p>
    <w:p w14:paraId="00447E53" w14:textId="77777777" w:rsidR="009D7C7F" w:rsidRDefault="00233BB2">
      <w:pPr>
        <w:jc w:val="center"/>
      </w:pPr>
      <w:r>
        <w:rPr>
          <w:b/>
          <w:sz w:val="26"/>
        </w:rPr>
        <w:t>PHASE 2 – YOUTH HOCKEY SKILLS &amp; DEVELOPMENT</w:t>
      </w:r>
    </w:p>
    <w:p w14:paraId="5EAEF2C5" w14:textId="77777777" w:rsidR="009D7C7F" w:rsidRDefault="00233BB2">
      <w:pPr>
        <w:jc w:val="center"/>
      </w:pPr>
      <w:r>
        <w:rPr>
          <w:b/>
          <w:sz w:val="22"/>
        </w:rPr>
        <w:t>MONDAYS  |  U7 / U9  |  4:15–5:15 PM</w:t>
      </w:r>
    </w:p>
    <w:p w14:paraId="78A44761" w14:textId="77777777" w:rsidR="009D7C7F" w:rsidRDefault="00233BB2">
      <w:pPr>
        <w:jc w:val="center"/>
      </w:pPr>
      <w:r>
        <w:t>November 9, 16, 23, 30  •  December 7, 14</w:t>
      </w:r>
    </w:p>
    <w:p w14:paraId="51535E55" w14:textId="77777777" w:rsidR="009D7C7F" w:rsidRDefault="00233BB2">
      <w:pPr>
        <w:jc w:val="center"/>
      </w:pPr>
      <w:r>
        <w:rPr>
          <w:b/>
        </w:rPr>
        <w:t>PLEASE MAKE NOTE OF THE DATES</w:t>
      </w:r>
    </w:p>
    <w:p w14:paraId="0656B3BB" w14:textId="77777777" w:rsidR="009D7C7F" w:rsidRDefault="00233BB2">
      <w:pPr>
        <w:jc w:val="center"/>
      </w:pPr>
      <w:r>
        <w:rPr>
          <w:b/>
        </w:rPr>
        <w:t>Centerfire Place  |  $300 (includes GST)</w:t>
      </w:r>
    </w:p>
    <w:p w14:paraId="4739C009" w14:textId="77777777" w:rsidR="009D7C7F" w:rsidRDefault="00233BB2">
      <w:r>
        <w:rPr>
          <w:b/>
          <w:sz w:val="22"/>
        </w:rPr>
        <w:t>PROGRAM DETAILS</w:t>
      </w:r>
    </w:p>
    <w:p w14:paraId="0D88EE77" w14:textId="77777777" w:rsidR="009D7C7F" w:rsidRDefault="00233BB2">
      <w:r>
        <w:t>• Maximum of 25 skater spots and 3 goalie spots available for all sessions.</w:t>
      </w:r>
    </w:p>
    <w:p w14:paraId="593112DC" w14:textId="77777777" w:rsidR="009D7C7F" w:rsidRDefault="00233BB2">
      <w:r>
        <w:t>• Spots will only be reserved once payment is received.</w:t>
      </w:r>
    </w:p>
    <w:p w14:paraId="4AAD74A3" w14:textId="77777777" w:rsidR="009D7C7F" w:rsidRDefault="00233BB2">
      <w:r>
        <w:t>• All ice sessions take place at Centerfire Place at 4:15 PM.</w:t>
      </w:r>
    </w:p>
    <w:p w14:paraId="7B606E92" w14:textId="77777777" w:rsidR="009D7C7F" w:rsidRDefault="00233BB2">
      <w:r>
        <w:t>• Full hockey equipment is required, including a helmet with cage.</w:t>
      </w:r>
    </w:p>
    <w:p w14:paraId="3D7EE3AE" w14:textId="77777777" w:rsidR="009D7C7F" w:rsidRDefault="00233BB2">
      <w:r>
        <w:rPr>
          <w:b/>
          <w:sz w:val="22"/>
        </w:rPr>
        <w:t>PLAYER INFORMATION — click each blue field to type</w:t>
      </w:r>
    </w:p>
    <w:p w14:paraId="47F161CD" w14:textId="411439B8" w:rsidR="009D7C7F" w:rsidRDefault="00233BB2">
      <w:pPr>
        <w:spacing w:after="100"/>
      </w:pPr>
      <w:r>
        <w:rPr>
          <w:b/>
        </w:rPr>
        <w:t xml:space="preserve">Player’s Name:  </w:t>
      </w:r>
      <w:sdt>
        <w:sdtPr>
          <w:alias w:val="Player’s Name"/>
          <w:tag w:val="Player’s Name"/>
          <w:id w:val="1507404828"/>
          <w:text/>
        </w:sdtPr>
        <w:sdtEndPr/>
        <w:sdtContent>
          <w:r>
            <w:rPr>
              <w:color w:val="4472C4"/>
            </w:rPr>
            <w:t>Click or tap here to enter tex</w:t>
          </w:r>
          <w:r w:rsidR="00583293">
            <w:rPr>
              <w:color w:val="4472C4"/>
            </w:rPr>
            <w:t>t</w:t>
          </w:r>
        </w:sdtContent>
      </w:sdt>
    </w:p>
    <w:p w14:paraId="1241DC47" w14:textId="77777777" w:rsidR="009D7C7F" w:rsidRDefault="00233BB2">
      <w:pPr>
        <w:spacing w:after="100"/>
      </w:pPr>
      <w:r>
        <w:rPr>
          <w:b/>
        </w:rPr>
        <w:t xml:space="preserve">Player’s Birthday:  </w:t>
      </w:r>
      <w:sdt>
        <w:sdtPr>
          <w:alias w:val="Player’s Birthday"/>
          <w:tag w:val="Player’s Birthday"/>
          <w:id w:val="2059271111"/>
          <w:text/>
        </w:sdtPr>
        <w:sdtEndPr/>
        <w:sdtContent>
          <w:r>
            <w:rPr>
              <w:color w:val="4472C4"/>
            </w:rPr>
            <w:t>Click or tap here to enter text</w:t>
          </w:r>
        </w:sdtContent>
      </w:sdt>
    </w:p>
    <w:p w14:paraId="03AC4B5D" w14:textId="77777777" w:rsidR="009D7C7F" w:rsidRDefault="00233BB2">
      <w:pPr>
        <w:spacing w:after="100"/>
      </w:pPr>
      <w:r>
        <w:rPr>
          <w:b/>
        </w:rPr>
        <w:t xml:space="preserve">Parent / Guardian Name:  </w:t>
      </w:r>
      <w:sdt>
        <w:sdtPr>
          <w:alias w:val="Parent / Guardian Name"/>
          <w:tag w:val="Parent / Guardian Name"/>
          <w:id w:val="1599446755"/>
          <w:text/>
        </w:sdtPr>
        <w:sdtEndPr/>
        <w:sdtContent>
          <w:r>
            <w:rPr>
              <w:color w:val="4472C4"/>
            </w:rPr>
            <w:t>Click or tap here to enter text</w:t>
          </w:r>
        </w:sdtContent>
      </w:sdt>
    </w:p>
    <w:p w14:paraId="03D3F1C6" w14:textId="77777777" w:rsidR="009D7C7F" w:rsidRDefault="00233BB2">
      <w:pPr>
        <w:spacing w:after="100"/>
      </w:pPr>
      <w:r>
        <w:rPr>
          <w:b/>
        </w:rPr>
        <w:t xml:space="preserve">Email Address:  </w:t>
      </w:r>
      <w:sdt>
        <w:sdtPr>
          <w:alias w:val="Email Address"/>
          <w:tag w:val="Email Address"/>
          <w:id w:val="-1079983754"/>
          <w:text/>
        </w:sdtPr>
        <w:sdtEndPr/>
        <w:sdtContent>
          <w:r>
            <w:rPr>
              <w:color w:val="4472C4"/>
            </w:rPr>
            <w:t>Click or tap here to enter text</w:t>
          </w:r>
        </w:sdtContent>
      </w:sdt>
    </w:p>
    <w:p w14:paraId="74EEFB3D" w14:textId="77777777" w:rsidR="009D7C7F" w:rsidRDefault="00233BB2">
      <w:pPr>
        <w:spacing w:after="100"/>
      </w:pPr>
      <w:r>
        <w:rPr>
          <w:b/>
        </w:rPr>
        <w:t xml:space="preserve">Phone Number:  </w:t>
      </w:r>
      <w:sdt>
        <w:sdtPr>
          <w:alias w:val="Phone Number"/>
          <w:tag w:val="Phone Number"/>
          <w:id w:val="680944405"/>
          <w:text/>
        </w:sdtPr>
        <w:sdtEndPr/>
        <w:sdtContent>
          <w:r>
            <w:rPr>
              <w:color w:val="4472C4"/>
            </w:rPr>
            <w:t>Click or tap here to enter text</w:t>
          </w:r>
        </w:sdtContent>
      </w:sdt>
    </w:p>
    <w:p w14:paraId="0F2949DA" w14:textId="77777777" w:rsidR="009D7C7F" w:rsidRDefault="00233BB2">
      <w:r>
        <w:rPr>
          <w:b/>
        </w:rPr>
        <w:t xml:space="preserve">Player Category:  </w:t>
      </w:r>
      <w:sdt>
        <w:sdtPr>
          <w:alias w:val="Player Category"/>
          <w:tag w:val="Player Category"/>
          <w:id w:val="1950734859"/>
          <w:text/>
        </w:sdtPr>
        <w:sdtEndPr/>
        <w:sdtContent>
          <w:r>
            <w:rPr>
              <w:color w:val="4472C4"/>
            </w:rPr>
            <w:t>Enter Skater or Goalie</w:t>
          </w:r>
        </w:sdtContent>
      </w:sdt>
    </w:p>
    <w:p w14:paraId="3E02D8E2" w14:textId="77777777" w:rsidR="009D7C7F" w:rsidRDefault="00233BB2">
      <w:r>
        <w:rPr>
          <w:b/>
          <w:sz w:val="22"/>
        </w:rPr>
        <w:t>PAYMENT</w:t>
      </w:r>
    </w:p>
    <w:p w14:paraId="0E4721C8" w14:textId="77777777" w:rsidR="009D7C7F" w:rsidRDefault="00233BB2">
      <w:r>
        <w:rPr>
          <w:b/>
        </w:rPr>
        <w:t xml:space="preserve">Payment Method:  </w:t>
      </w:r>
      <w:sdt>
        <w:sdtPr>
          <w:alias w:val="Payment Method"/>
          <w:tag w:val="Payment Method"/>
          <w:id w:val="1035086150"/>
          <w:text/>
        </w:sdtPr>
        <w:sdtEndPr/>
        <w:sdtContent>
          <w:r>
            <w:rPr>
              <w:color w:val="4472C4"/>
            </w:rPr>
            <w:t>Enter Credit Card or E-Transfer</w:t>
          </w:r>
        </w:sdtContent>
      </w:sdt>
    </w:p>
    <w:p w14:paraId="59E7BAAA" w14:textId="77777777" w:rsidR="009D7C7F" w:rsidRDefault="00233BB2">
      <w:r>
        <w:t>Credit card: Contact the office to arrange payment.</w:t>
      </w:r>
    </w:p>
    <w:p w14:paraId="29F0F0C3" w14:textId="77777777" w:rsidR="009D7C7F" w:rsidRDefault="00233BB2">
      <w:r>
        <w:t>E-Transfer: accounts@oilbarons.com — include the player’s name in the message.</w:t>
      </w:r>
    </w:p>
    <w:p w14:paraId="1B513CFD" w14:textId="77777777" w:rsidR="009D7C7F" w:rsidRDefault="00233BB2">
      <w:r>
        <w:rPr>
          <w:b/>
          <w:sz w:val="22"/>
        </w:rPr>
        <w:t>REGISTRATION INSTRUCTIONS</w:t>
      </w:r>
    </w:p>
    <w:p w14:paraId="169D68B7" w14:textId="77777777" w:rsidR="009D7C7F" w:rsidRDefault="00233BB2">
      <w:r>
        <w:t>Complete this form electronically, save it, and email it to admin@oilbarons.com. Registration is confirmed only after payment is received.</w:t>
      </w:r>
    </w:p>
    <w:p w14:paraId="2FC6EDCD" w14:textId="77777777" w:rsidR="009D7C7F" w:rsidRDefault="00233BB2">
      <w:r>
        <w:t>Questions? admin@oilbarons.com</w:t>
      </w:r>
    </w:p>
    <w:sectPr w:rsidR="009D7C7F" w:rsidSect="00034616">
      <w:pgSz w:w="12240" w:h="15840"/>
      <w:pgMar w:top="864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1878414">
    <w:abstractNumId w:val="8"/>
  </w:num>
  <w:num w:numId="2" w16cid:durableId="481897046">
    <w:abstractNumId w:val="6"/>
  </w:num>
  <w:num w:numId="3" w16cid:durableId="923951350">
    <w:abstractNumId w:val="5"/>
  </w:num>
  <w:num w:numId="4" w16cid:durableId="1340161424">
    <w:abstractNumId w:val="4"/>
  </w:num>
  <w:num w:numId="5" w16cid:durableId="506484566">
    <w:abstractNumId w:val="7"/>
  </w:num>
  <w:num w:numId="6" w16cid:durableId="1144198324">
    <w:abstractNumId w:val="3"/>
  </w:num>
  <w:num w:numId="7" w16cid:durableId="1562906601">
    <w:abstractNumId w:val="2"/>
  </w:num>
  <w:num w:numId="8" w16cid:durableId="1936010050">
    <w:abstractNumId w:val="1"/>
  </w:num>
  <w:num w:numId="9" w16cid:durableId="37627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3BB2"/>
    <w:rsid w:val="0029639D"/>
    <w:rsid w:val="00326F90"/>
    <w:rsid w:val="00535BEB"/>
    <w:rsid w:val="00583293"/>
    <w:rsid w:val="009D7C7F"/>
    <w:rsid w:val="00A45C1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9E9B6C"/>
  <w14:defaultImageDpi w14:val="300"/>
  <w15:docId w15:val="{46B59DCA-FE43-49EF-92DD-6F5139F5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Shannon Nash Upshall </cp:lastModifiedBy>
  <cp:revision>2</cp:revision>
  <dcterms:created xsi:type="dcterms:W3CDTF">2026-10-29T17:40:00Z</dcterms:created>
  <dcterms:modified xsi:type="dcterms:W3CDTF">2026-10-29T17:40:00Z</dcterms:modified>
  <cp:category/>
</cp:coreProperties>
</file>