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  <w:jc w:val="center"/>
      </w:pPr>
      <w:r>
        <w:drawing>
          <wp:inline xmlns:a="http://schemas.openxmlformats.org/drawingml/2006/main" xmlns:pic="http://schemas.openxmlformats.org/drawingml/2006/picture">
            <wp:extent cx="7406640" cy="96469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printed_registration_form_poster_style_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06640" cy="964692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216" w:right="216" w:bottom="216" w:left="21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